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בראש: חינוך פיננסי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מנגנונים פסיכולוגיים וכלכליים המשפיעים על החלטות צריכה ולהפעיל כלי עצירה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הכסף, כוח הקנייה והשפעת ביקוש-היצע ואינפלציה על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וחובות בסיסיות בצרכנות ובעבודה, ולדעת לזהות הונאות ולהתמודד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ריבית דריבית ובניית תקציב אישי מאוזן לקראת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צרכנות מודעת וקבלת החלטות פיננסיות – מושגים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מערכת 1 - מהירה ורגשית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פונים לרגע שבו הסבלנות נגמרת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צרכנות מודעת וקבלת החלטות פיננסיות – מושגים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1. 9.90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צרכנות מודעת וקבלת החלטות פיננסיות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(קונים כפול ממה שבאמת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(מאטה את הצעדים ומאריכה את השהות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(המוח קורא את הספרה השמאלית ומרגיש 'תשע')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שרואים ראשון - קונים יותר ממנו)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צרכנות מודעת וקבלת החלטות פיננסיות – זכויות וזהירות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לשלוח, ולבדוק מול ערוץ נפרד (למשל להתקשר לבנק בעצמכם)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עולם הכסף והבנקאות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יחידת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אמצעי חליפין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עולם הכסף והבנקאות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כשיש אינפלציה המחירים עולים וכוח הקנייה של אותו סכום כסף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קרטל - הסכם בין מתחרים שפוגע בתחרות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עולם הכסף והבנקאות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עולם הכסף והבנקאות – השוואת אמצעי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24 תשלומים עם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קרטל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שוק העבודה בעולם משתנה – מושגי יסוד בזכויות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מסמך חוקי המפרט שכר וניכויים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שוק העבודה בעולם משתנה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החוק אוסר העסקת בני נוער בשעות הלילה כדי להגן על בריאותם ועל הלימודים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החוק מגן על שכר המינימום גם של עובדים צעירים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שוק העבודה בעולם משתנה – קריאת תלוש וחישוב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שוק העבודה בעולם משתנה – התאמת מושגים בתלוש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(הסכום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(הסכום שמקבלים בפועל אחרי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(סכומים שמורדים מהשכר, כמו ביטוח 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(כמה משלמים על כל שעת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חיסכון והשקעות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מחיר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להפוך חיסכון קטן לגדול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חיסכון והשקעות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ריבית דריבית מחושבת גם על הריבית שכבר נצברה בעבר, ולא רק על הסכום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קרן חירום נועדה לתת מענה להוצאות פתאומיות ולא מתוכננות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חיסכון והשקעות – מושגים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חיסכון והשקעות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(מחיר שמשלמים או מקבלים על שימוש בכסף)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(סכום כסף שמפקידים בבנק לתקופה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(סכום כסף שמקבלים ומתחייבים להחזיר עם 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(חיסכון המיועד להוצאות בלתי צפויות)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כסף ורגש: כלי חוסן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לעצור לפני קנייה אימפולסיבית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 רגע ולא קונים 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כסף ורגש: כלי חוסן – התאמת ערוצי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(הליכה קצרה כדי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(תוכנית פעולה: חסימה ודיווח)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(לומר שזה מבאס ומותר להרגיש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(לספר להורה או לחבר/ה)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כסף ורגש: כלי חוסן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 עצירה, נשימה עמוקה, דיבור עצמי ('אני בוחר/ת בחוכמה') ואז החלטה אם זה צריך או רצון.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סיכום, דילמות ומבחן מסכם – מושגי יסוד מארבעת הצירים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הבחנה בין מערכת 1 (רגש) למערכת 2 (חשיבה) ושאלה מנטרלת רלוונטית לטריק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מקשרת בין אינפלציה לעליית מחירים ולירידה בכמות שניתן לקנות באותו סכום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התקציב כולל חלוקה ברורה בין הקטגוריות וסכום חיסכון מוגדר עם ציר זמן ריאלי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כ-5-6 שיעורים, פרק אחד או שניים בכל מפגש, עם זמן לדיון בכיתה על 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המתקדמים אפשר להוסיף חישובי ריבית דריבית מורכבים יותר ותרגילי השוואת שוק תחרותי מול שוק מונופוליסטי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לתמיכה כדאי להתמקד בתרגילי שלוש השורות והדוגמאות הפשוטות, ולהיעזר במילון המושגים לפני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כרטיסי הדיבייט ודילמות הכיתה כפעילות סיכום לכל פרק, כדי לחבר בין הידע התיי לשיח ערכי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בראש: חינוך פיננסי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הסבר קצר, תרגילים ודילמה לדיון. עבדו לפי הסדר, נסו לענות לבד לפני שבודקים, והיעזרו במחשבון הריבית ובמילון המושגים בסוף החוברת בעת הצורך.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9.90  ·  לעלות  ·  10  ·  היצע  ·  ריבית  ·  14  ·  נטו  ·  600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צרכנות מודעת וקבלת החלטות פיננסיות – מושגים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קנייה אימפולסיבית בעקבות שלט 'נותרו 2 במלאי בלבד' נובעת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מערכת 1 - מהירה ורגשית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מערכת 2 - איטית והגיונית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תקציב מתוכנן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חטיפים ממוקמים ליד הקופה כי...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הכי זולים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פונים לרגע שבו הסבלנות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מקום אחר להניח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צרכנות מודעת וקבלת החלטות פיננסיות – מושגים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מחיר של __________ ₪ גורם למוח לקרוא את הספרה השמאלית ולהרגיש שהמחיר נמוך משמעותית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החוק, אפשר לבטל עסקה שנעשתה באינטרנט תוך __________ יום מרכישת המוצר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צרכנות מודעת וקבלת החלטות פיננסיות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מאטה את הצעדים ומאריכה את השהות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מוזיקה איטית בחנות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המוח קורא את הספרה השמאלית ומרגיש 'תשע'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מחיר 9.90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שרואים ראשון - קונים יותר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מוצר רווחי בגובה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קונים כפול ממה שבאמת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צרכנות מודעת וקבלת החלטות פיננסיות – זכויות וזהירות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הודעה מבקשת לשלוח קוד אימות או סיסמה.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לשלוח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לשלוח, ולבדוק מול ערוץ נפרד (למשל להתקשר לבנק בעצמכם)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למחוק בלי לספר לאף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עולם הכסף והבנקאות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כסף שמשמש למדידת שווי של מוצרים ושירותים (למשל: מחיר בשקלים) ממלא תפקיד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אמצעי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יחידת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כשמשלמים בכסף תמורת קנייה, הכסף משמש כ: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יחידת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שמירת ערך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אמצעי חליפין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עולם הכסף והבנקאות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כסף שומר תמיד על אותו ערך, גם כשיש אינפלציה גבוהה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קרטל הוא הסכם בין כמה חברות לתאם ביניהן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עולם הכסף והבנקאות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הביקוש למוצר עולה וההיצע נשאר קבוע, המחיר נוטה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יש מעט מאוד מהמוצר וכולם רוצים אותו, מדובר במחסור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עולם הכסף והבנקאות – השוואת אמצעי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טלפון שעולה 2,400 ₪: איזו דרך תשלום כנראה תעלה הכי הרבה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 תשלומים ללא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 תשלומים עם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כששתי חברות מתחרות מחליטות יחד לקבוע מחיר גבוה למוצר, זהו מצב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ביקוש והיצע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מונופול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קרטל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שוק העבודה בעולם משתנה – מושגי יסוד בזכויות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הגיל המינימלי לעבודה בישראל (למעט מקרים מיוחדים)?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תלוש השכר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קבלה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מסמך חוקי המפרט שכר וניכויים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טופס בקשת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שוק העבודה בעולם משתנה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להעסיק בן 16 בעבודת לילה מאוחרת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לבני נוער העובדים מגיעה הגנה של שכר מינימום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שוק העבודה בעולם משתנה – קריאת תלוש וחישוב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נער עבד 20 שעות בשבוע בתעריף 30 ₪ לשעה. שכרו ברוטו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שכר __________ הוא הסכום שהעובד מקבל לידיו אחרי הניכויים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שוק העבודה בעולם משתנה – התאמת מושגים בתלוש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שכר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סכומים שמורדים מהשכר, כמו ביטוח 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שכר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הסכום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ניכויים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כמה משלמים על כל שעת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תעריף שעתי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הסכום שמקבלים בפועל אחרי 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חיסכון והשקעות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נקראת הריבית בהשוואה שנלמדה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מחיר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פרס על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המטרה של ריבית דריבית, כפי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להפוך חיסכון קטן לגדול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להקטין את החיסכון בהדרגה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להעלות מיסים על 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חיסכון והשקעות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דריבית מחושבת רק על הסכום המקורי שהפקדנו בבנק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קרן חירום היא סוג של חיסכון המיועד להוצאות בלתי צפויות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חיסכון והשקעות – מושגים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ריבית דריבית היא ריבית שמחושבת גם על ה__________ שנצברה בעבר, ולא רק על הסכום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בשיטת 60/30/10 שנלמדה, __________ אחוזים מההכנסה החודשית מוקדשים לחיסכון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חיסכון והשקעות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חיסכון המיועד להוצאות בלתי צפויות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פיקדון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סכום כסף שמקבלים ומתחייבים להחזיר עם 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מחיר שמשלמים או מקבלים על שימוש בכסף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קרן חירום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סכום כסף שמפקידים בבנק לתקופה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כסף ורגש: כלי חוסן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כלל עש״ן ד״ק משמש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לעצור לפני קנייה אימפולסיבית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לחשב ריבית דריבית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האות הראשונה בכלל עש״ן ד״ק (ע) מסמלת...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רגע ולא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עוזבים את החנות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עוברים לקופה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כסף ורגש: כלי חוסן – התאמת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לומר שזה מבאס ומותר להרגיש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לספר להורה או לחבר/ה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תוכנית פעולה: חסימה ודיווח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הליכה קצרה כדי להירגע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כסף ורגש: כלי חוסן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חבר/ה שלכם רוצה לקנות מיד בגלל ״המבצע נגמר בעוד 4 דקות״. כתבו איך תדריכו אותו/ה לפי כלל עש״ן ד״ק (לפחות 3 שלבים).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סיכום, דילמות ומבחן מסכם – מושגי יסוד מארבעת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אחד הצעדים בכלל העצירה (עש״ן ד״ק) לפני קנייה אימפולסיבית?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לפני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רצים לקנות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מתעלמים מהרגש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החוק, כמה ימים יש לצרכן לבטל עסקה מקוונת?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21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לטריק שיווקי אחד ונסח/י שאלה שמנטרלת אותו לפני קנייה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הסבר/י במילים שלך מדוע כוח הקנייה של הכסף יכול לרדת גם אם הסכום בבנק לא השתנה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כסף בראש: חינוך פיננסי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