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בראש: חינוך פיננסי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מנגנונים פסיכולוגיים וכלכליים המשפיעים על החלטות צריכה ולהפעיל כלי עצירה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הכסף, כוח הקנייה והשפעת ביקוש-היצע ואינפלציה על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וחובות בסיסיות בצרכנות ובעבודה, ולדעת לזהות הונאות ולהתמודד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ריבית דריבית ובניית תקציב אישי מאוזן לקראת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צרכנות מודעת וקבלת החלטות פיננסיות – מושגים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מערכת 1 - מהירה ורגשית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פונים לרגע שבו הסבלנות נגמרת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צרכנות מודעת וקבלת החלטות פיננסיות – מושגים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1. 9.90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צרכנות מודעת וקבלת החלטות פיננסיות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(קונים כפול ממה שבאמת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(מאטה את הצעדים ומאריכה את השהות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(המוח קורא את הספרה השמאלית ומרגיש 'תשע')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שרואים ראשון - קונים יותר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(פונים לרגע שבו הסבלנות נגמרת)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צרכנות מודעת וקבלת החלטות פיננסיות – זכויות וזהירות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לשלוח, ולבדוק מול ערוץ נפרד (למשל להתקשר לבנק בעצמכם)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הלקוח, כי בלי מסירת גילוי נאות זכות הביטול עדיין בתוקף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עולם הכסף והבנקאות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יחידת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אמצעי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מונופול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עולם הכסף והבנקאות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כשיש אינפלציה המחירים עולים וכוח הקנייה של אותו סכום כסף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קרטל - הסכם בין מתחרים שפוגע בתחרות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עולם הכסף והבנקאות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עולם הכסף והבנקאות – השוואת אמצעי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24 תשלומים עם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קרטל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שוק העבודה בעולם משתנה – מושגי יסוד בזכויות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מסמך חוקי המפרט שכר וניכויים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הודעה בכתב על תנאי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שוק העבודה בעולם משתנה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החוק אוסר העסקת בני נוער בשעות הלילה כדי להגן על בריאותם ועל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החוק מגן על שכר המינימום גם של עובדים צעירים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שוק העבודה בעולם משתנה – קריאת תלוש וחישוב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שוק העבודה בעולם משתנה – התאמת מושגים בתלוש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(הסכום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(הסכום שמקבלים בפועל אחרי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(סכומים שמורדים מהשכר, כמו ביטוח 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(כמה משלמים על כל שעת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(שעות מעבר למכסה הרגילה, בתשלום גבוה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חיסכון והשקעות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מחיר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להפוך חיסכון קטן לגדול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חיסכון והשקעות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ריבית דריבית מחושבת גם על הריבית שכבר נצברה בעבר, ולא רק על הסכום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קרן חירום נועדה לתת מענה להוצאות פתאומיות ולא מתוכננות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חיסכון והשקעות – מושגים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חיסכון והשקעות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(מחיר שמשלמים או מקבלים על שימוש בכסף)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(סכום כסף שמפקידים בבנק לתקופה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(סכום כסף שמקבלים ומתחייבים להחזיר עם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(חיסכון המיועד להוצאות בלתי צפויות)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(תוכנית לחלוקת ההכנסה בין הוצאות וחיסכון)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כסף ורגש: כלי חוסן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לפני קנייה אימפולסיבית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התמודדות אחרי טעות כספית או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חבר או חברה שנפגעו 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כסף ורגש: כלי חוסן – התאמת ערוצי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(הליכה קצרה כדי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(תוכנית פעולה: חסימה ודיווח)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(לומר שזה מבאס ומותר להרגיש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(לספר להורה או לחבר/ה)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(להגיד לעצמי שטעות לא מגדירה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(לדמיין איך מסבירים לאחרים להיזהר בפעם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כסף ורגש: כלי חוסן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 עצירה, נשימה עמוקה, דיבור עצמי ('אני בוחר/ת בחוכמה') ואז החלטה אם זה צריך או רצון.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רגש - לומר שזה מבאס ומותר להרגיש כך; חברה - להציע לספר למבוגר/ת אמין/ה.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 הכוללת לפחות שלושה מהמרכיבים, למשל: 'אני כאן איתך', 'מה קרה בדיוק?', 'בוא נתקשר יחד לבנק'.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שעצירה מאפשרת לעבור ממערכת החשיבה המהירה-רגשית לחשיבה שקולה, עם דוגמה אישית רלוונטית.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סיכום, דילמות ומבחן מסכם – מושגי יסוד מארבעת הצירים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מוצרי חובה ממוקמים בקצה החנות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הבחנה בין מערכת 1 (רגש) למערכת 2 (חשיבה) ושאלה מנטרלת רלוונטית לטריק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מקשרת בין אינפלציה לעליית מחירים ולירידה בכמות שניתן לקנות באותו סכום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התקציב כולל חלוקה ברורה בין הקטגוריות וסכום חיסכון מוגדר עם ציר זמן ריאלי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כ-5-6 שיעורים, פרק אחד או שניים בכל מפגש, עם זמן לדיון בכיתה על 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המתקדמים אפשר להוסיף חישובי ריבית דריבית מורכבים יותר ותרגילי השוואת שוק תחרותי מול שוק מונופוליסטי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לתמיכה כדאי להתמקד בתרגילי שלוש השורות והדוגמאות הפשוטות, ולהיעזר במילון המושגים לפני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כרטיסי הדיבייט ודילמות הכיתה כפעילות סיכום לכל פרק, כדי לחבר בין הידע התיי לשיח ערכי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בראש: חינוך פיננסי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הסבר קצר ותרגילים. עונים קודם לבד, ואז בודקים. אפשר להיעזר במילון המושגים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רציונלית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מתוך חשיבה והשוואה, לא מתוך רגש רגעי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שקונה מוצרים ושירותים ויש לו זכויות בחוק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להונות או לגנוב כסף ומידע תוך הטעיה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 והיצע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הכמות שרוצים לקנות מול הכמות הקיימת בשוק, שקובעות 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כללית ומתמשכת במחירים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אפשר לקנות בכסף מסוים, שעשוי לרדת עם אינפלציה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הריבית שנצברה בעבר, לא רק על הסכום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הכנסות מול הוצאות וחיסכון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מונופול וקרטל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ספק יחיד או קבוצת ספקים שמגבילים תחרות ומעלים 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המפרט את השכר, הניכויים וההפרשות של עובד/ת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צרכנות מודעת וקבלת החלטות פיננסיות – מושגים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שלט 'נותרו 2 במלאי' גורם לקנות מהר בגלל...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1 - מהירה ורגשית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2 - איטית והגיונית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תקציב מתוכנן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חטיפים ממוקמים ליד הקופה כי...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הכי זולים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פונים לרגע שבו הסבלנות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מקום אחר להניח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כך קובע החוק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צרכנות מודעת וקבלת החלטות פיננסיות – מושגים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של __________ ₪ גורם למוח לקרוא את הספרה השמאלית ולהרגיש שהמחיר נמוך משמעותית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החוק, אפשר לבטל עסקה שנעשתה באינטרנט תוך __________ יום מרכישת המוצר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צרכנות מודעת וקבלת החלטות פיננסיות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שרואים ראשון - קונים יותר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מוזיקה איטית בחנות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פונים לרגע שבו הסבלנות נגמרת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מחיר 9.90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מאטה את הצעדים ומאריכה את השהות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מוצר רווחי בגובה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קונים כפול ממה שבאמת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חטיפים ליד הקופה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המוח קורא את הספרה השמאלית ומרגיש 'תשע'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צרכנות מודעת וקבלת החלטות פיננסיות – זכויות וזהירות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הודעה מבקשת לשלוח קוד אימות או סיסמה.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לשלוח, ולבדוק מול ערוץ נפרד (למשל להתקשר לבנק בעצמכם)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להעביר לחבר שיבדוק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בעל אתר מסרב לבטל עסקה כי 'עברו שבועיים', אך מעולם לא מסר ללקוח טופס גילוי נאות. מי צודק?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 האתר, כי שבועיים זה מספיק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הלקוח, כי בלי מסירת גילוי נאות זכות הביטול עדיין בתוקף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 - תלוי במוצר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בית משפט יכול להכריע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עולם הכסף והבנקאות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מחיר בשקלים על מוצר מראה איזה תפקיד של הכסף?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אמצעי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תשלום בחנות מראה איזה תפקיד של הכסף?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אמצעי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מצב שבו מוכר אחד בלבד שולט בשוק של מוצר מסוים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אינפלציה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עולם הכסף והבנקאות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שומר תמיד על אותו ערך, גם כשיש אינפלציה גבוהה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קרטל הוא הסכם בין כמה חברות לתאם ביניהן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עולם הכסף והבנקאות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הביקוש למוצר עולה וההיצע נשאר קבוע, המחיר נוטה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מעט מאוד מהמוצר וכולם רוצים אותו, מדובר במחסור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עולם הכסף והבנקאות – השוואת אמצעי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דרך תשלום יקרה יותר בסוף - עם ריבית או 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 תשלומים ללא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 תשלומים עם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כששתי חברות מתחרות מחליטות יחד לקבוע מחיר גבוה למוצר, זהו מצב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ביקוש והיצע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יחידת 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שוק העבודה בעולם משתנה – מושגי יסוד בזכויות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גיל מותר לעבוד?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תלוש 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קבלה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חוקי המפרט שכר וניכויים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טופס בקשת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פיטורים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חייבים לתת לעובד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בכתב על תנאי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כלום, זה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מספר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שוק העבודה בעולם משתנה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להעסיק בן 16 בעבודת לילה מאוחרת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לבני נוער העובדים מגיעה הגנה של שכר מינימום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שוק העבודה בעולם משתנה – קריאת תלוש וחישוב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נער עבד 20 שעות בשבוע בתעריף 30 ₪ לשעה. שכרו ברוטו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שכר __________ הוא הסכום שהעובד מקבל לידיו אחרי הניכויים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נערה עבדה 4 שעות ביום, 5 ימים בשבוע, בתעריף 32 ₪ לשעה, במשך 4 שבועות. שכרה הכולל ברוטו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שוק העבודה בעולם משתנה – התאמת מושגים בתלוש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שכר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סכומים שמורדים מהשכר, כמו ביטוח 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שכר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שעות מעבר למכסה הרגילה, בתשלום גבוה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ניכויים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משלמים על כל שעת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תעריף שעתי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הסכום שמקבלים בפועל אחרי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שעות נוספות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הסכום לפני 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חיסכון והשקעות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קנס על 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ריבית דריבית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להפוך חיסכון קטן לגדול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להקטין את החיסכון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להעלות מיסים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הריבית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תחבורה וציוד שייכים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חיסכון והשקעות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מחושבת רק על הסכום המקורי שהפקדנו בבנק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חירום היא סוג של חיסכון המיועד להוצאות בלתי צפויות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חיסכון והשקעות – מושגים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ריבית דריבית היא ריבית שמחושבת גם על ה__________ שנצברה בעבר, ולא רק על הסכום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בשיטת 60/30/10 שנלמדה, __________ אחוזים מההכנסה החודשית מוקדשים לחיסכון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חיסכון והשקעות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תוכנית לחלוקת ההכנסה בין הוצאות וחיסכון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כסף שמקבלים ומתחייבים להחזיר עם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כסף שמפקידים בבנק לתקופה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קרן חירום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מחיר שמשלמים או מקבלים על שימוש בכסף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חיסכון המיועד להוצאות בלתי צפויות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כסף ורגש: כלי חוסן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עש״ן ד״ק עוזר לנו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לפני קנייה אימפולסיבית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ריבית דריבית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מוצר במבצע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רגע ולא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עוזבים את החנות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לקופה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עוקבים אחרי 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משתמשים בגש״ר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התמודדות אחרי טעות כספית או הונאה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בחירת מתנה ליום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חישוב ריבית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מחירים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משתמשים במעש״ה?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או חברה שנפגעו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 שמנהל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מפרסם מוצר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כסף ורגש: כלי חוסן – התאמת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לדמיין איך מסבירים לאחרים להיזהר בפעם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הליכה קצרה כדי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להגיד לעצמי שטעות לא מגדירה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תוכנית פעולה: חסימה ודיווח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לומר שזה מבאס ומותר להרגיש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לספר להורה או לחבר/ה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כסף ורגש: כלי חוסן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חבר/ה שלכם רוצה לקנות מיד בגלל ״המבצע נגמר בעוד 4 דקות״. כתבו איך תדריכו אותו/ה לפי כלל עש״ן ד״ק (לפחות 3 שלבים).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חבר/ה נפל/ה בהונאה אינטרנטית ומרגיש/ה בושה. בחרו שני ערוצים מתוך גש״ר מאח״ד ותארו מה תגידו או תעשו בכל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שיחה קצרה (3-4 משפטים) בהשראת מעש״ה עם חבר/ה שהוציא/ה הרבה כסף בטעות. כללו לפחות שלושה מרכיבים: מחויבות, עידוד לפעולה, שאלות או הבניית רצף.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קודם ׳לעצור׳ (עש״ן ד״ק) ורק אחר כך לפעול, ותנו דוגמה מהחיים שלכם או מהכיתה.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סיכום, דילמות ומבחן מסכם – מושגי יסוד מארבעת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קנייה בלחץ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לפני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לקנות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מהרגש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מבקשים הנחה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החוק, כמה ימים יש לצרכן לבטל עסקה מקוונת?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טריק שיווקי נפוץ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מוצרי חובה ממוקמים בקצה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מחירים עגולים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תאורה כבויה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על מבצעים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לטריק שיווקי אחד ונסח/י שאלה שמנטרלת אותו לפני קנייה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במילים שלך מדוע כוח הקנייה של הכסף יכול לרדת גם אם הסכום בבנק לא השתנה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בנה/י תקציב חודשי קצר לפי עקרון הצרכים, הרצונות והחיסכון, וקבע/י יעד חיסכון אחד מציאותי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כסף בראש: חינוך פיננסי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