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כסף בראש: חינוך פיננסי לכיתה ט׳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מנגנונים פסיכולוגיים וכלכליים המשפיעים על החלטות צריכה ולהפעיל כלי עצירה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תפקידי הכסף, כוח הקנייה והשפעת ביקוש-היצע ואינפלציה על מחירים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זכויות וחובות בסיסיות בצרכנות ובעבודה, ולדעת לזהות הונאות ולהתמודד איתן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חישובי ריבית דריבית ובניית תקציב אישי מאוזן לקראת 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צרכנות מודעת וקבלת החלטות פיננסיות – מושגים ועובדות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מערכת 1 - מהירה ורגשית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פונים לרגע שבו הסבלנות נגמרת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צרכנות מודעת וקבלת החלטות פיננסיות – מושגים נוספים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1. 9.90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צרכנות מודעת וקבלת החלטות פיננסיות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(קונים כפול ממה שבאמת צריך)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(מאטה את הצעדים ומאריכה את השהות בחנות)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(המוח קורא את הספרה השמאלית ומרגיש 'תשע')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(מה שרואים ראשון - קונים יותר ממנו)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(פונים לרגע שבו הסבלנות נגמרת)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צרכנות מודעת וקבלת החלטות פיננסיות – זכויות וזהירות ברשת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לא לשלוח, ולבדוק מול ערוץ נפרד (למשל להתקשר לבנק בעצמכם)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הלקוח, כי בלי מסירת גילוי נאות זכות הביטול עדיין בתוקף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עולם הכסף והבנקאות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יחידת 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אמצעי חליפין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מונופול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עולם הכסף והבנקאות – נכון או לא נכון והשלמות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כשיש אינפלציה המחירים עולים וכוח הקנייה של אותו סכום כסף יורד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קרטל - הסכם בין מתחרים שפוגע בתחרות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עולם הכסף והבנקאות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היצע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עולם הכסף והבנקאות – השוואת אמצעי 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24 תשלומים עם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קרטל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שוק העבודה בעולם משתנה – מושגי יסוד בזכויות נוער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מסמך חוקי המפרט שכר וניכויים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הודעה בכתב על תנאי העבודה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שוק העבודה בעולם משתנה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החוק אוסר העסקת בני נוער בשעות הלילה כדי להגן על בריאותם ועל הלימודים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החוק מגן על שכר המינימום גם של עובדים צעירים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שוק העבודה בעולם משתנה – קריאת תלוש וחישוב שכר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1. 600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3. 2560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שוק העבודה בעולם משתנה – התאמת מושגים בתלוש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(הסכום לפני ניכויים)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(הסכום שמקבלים בפועל אחרי ניכויים)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(סכומים שמורדים מהשכר, כמו ביטוח לאומי)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(כמה משלמים על כל שעת 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(שעות מעבר למכסה הרגילה, בתשלום גבוה יותר)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חיסכון והשקעות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מחיר הכסף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להפוך חיסכון קטן לגדול עם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צרכים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חיסכון והשקעות –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ריבית דריבית מחושבת גם על הריבית שכבר נצברה בעבר, ולא רק על הסכום המקורי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קרן חירום נועדה לתת מענה להוצאות פתאומיות ולא מתוכננות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חיסכון והשקעות – מושגים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חיסכון והשקעות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(מחיר שמשלמים או מקבלים על שימוש בכסף)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(סכום כסף שמפקידים בבנק לתקופה מסוימת)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(סכום כסף שמקבלים ומתחייבים להחזיר עם ריבית)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(חיסכון המיועד להוצאות בלתי צפויות)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(תוכנית לחלוקת ההכנסה בין הוצאות וחיסכון)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כסף ורגש: כלי חוסן – היכרות עם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לעצור לפני קנייה אימפולסיבית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עוצרים רגע ולא קונים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התמודדות אחרי טעות כספית או הונאה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חבר או חברה שנפגעו כלכלית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כסף ורגש: כלי חוסן – התאמת ערוצי גש״ר מאח״ד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(הליכה קצרה כדי להירגע)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(תוכנית פעולה: חסימה ודיווח)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(לומר שזה מבאס ומותר להרגיש כך)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(לספר להורה או לחבר/ה)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(להגיד לעצמי שטעות לא מגדירה אותי)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(לדמיין איך מסבירים לאחרים להיזהר בפעם הבאה)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כסף ורגש: כלי חוסן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לציין עצירה, נשימה עמוקה, דיבור עצמי ('אני בוחר/ת בחוכמה') ואז החלטה אם זה צריך או רצון.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רגש - לומר שזה מבאס ומותר להרגיש כך; חברה - להציע לספר למבוגר/ת אמין/ה.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שיחה הכוללת לפחות שלושה מהמרכיבים, למשל: 'אני כאן איתך', 'מה קרה בדיוק?', 'בוא נתקשר יחד לבנק'.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הסבר שעצירה מאפשרת לעבור ממערכת החשיבה המהירה-רגשית לחשיבה שקולה, עם דוגמה אישית רלוונטית.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סיכום, דילמות ומבחן מסכם – מושגי יסוד מארבעת הצירים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 לפני שקונים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14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מוצרי חובה ממוקמים בקצה החנות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מראה הבחנה בין מערכת 1 (רגש) למערכת 2 (חשיבה) ושאלה מנטרלת רלוונטית לטריק שנבחר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מקשרת בין אינפלציה לעליית מחירים ולירידה בכמות שניתן לקנות באותו סכום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התקציב כולל חלוקה ברורה בין הקטגוריות וסכום חיסכון מוגדר עם ציר זמן ריאלי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לפרוס את החוברת על פני כ-5-6 שיעורים, פרק אחד או שניים בכל מפגש, עם זמן לדיון בכיתה על הדילמות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המתקדמים אפשר להוסיף חישובי ריבית דריבית מורכבים יותר ותרגילי השוואת שוק תחרותי מול שוק מונופוליסטי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הזקוקים לתמיכה כדאי להתמקד בתרגילי שלוש השורות והדוגמאות הפשוטות, ולהיעזר במילון המושגים לפני כל 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כרטיסי הדיבייט ודילמות הכיתה כפעילות סיכום לכל פרק, כדי לחבר בין הידע התיי לשיח ערכי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כסף בראש: חינוך פיננסי לכיתה ט׳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תמצאו הסבר קצר, תרגילים ודילמה לדיון. עבדו לפי הסדר, נסו לענות לבד לפני שבודקים, והיעזרו במחשבון הריבית ובמילון המושגים בסוף החוברת בעת הצורך.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צרכנות מודעת וקבלת החלטות פיננסיות – מושגים ועובדות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קנייה אימפולסיבית בעקבות שלט 'נותרו 2 במלאי בלבד' נובעת בעיקר מ...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מערכת 1 - מהירה ורגשית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מערכת 2 - איטית והגיונית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תקציב מתוכנן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השוואת 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חטיפים ממוקמים ליד הקופה כי...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הכי זולים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פונים לרגע שבו הסבלנות נגמרת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מקום אחר להניח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כך קובע החוק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צרכנות מודעת וקבלת החלטות פיננסיות – מושגים נוספים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מחיר של __________ ₪ גורם למוח לקרוא את הספרה השמאלית ולהרגיש שהמחיר נמוך משמעותית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החוק, אפשר לבטל עסקה שנעשתה באינטרנט תוך __________ יום מרכישת המוצר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צרכנות מודעת וקבלת החלטות פיננסיות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מבצע 1+1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שרואים ראשון - קונים יותר ממנו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מוזיקה איטית בחנות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קונים כפול ממה שבאמת צריך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מחיר 9.90 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מאטה את הצעדים ומאריכה את השהות בחנות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מוצר רווחי בגובה העיניים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פונים לרגע שבו הסבלנות נגמרת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חטיפים ליד הקופה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המוח קורא את הספרה השמאלית ומרגיש 'תשע'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צרכנות מודעת וקבלת החלטות פיננסיות – זכויות וזהירות 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הודעה מבקשת לשלוח קוד אימות או סיסמה. מה נכון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לשלוח מיד כדי לא לפספס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לשלוח, ולבדוק מול ערוץ נפרד (למשל להתקשר לבנק בעצמכם)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למחוק בלי לספר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להעביר לחבר שיבדוק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בעל אתר מסרב לבטל עסקה כי 'עברו שבועיים', אך מעולם לא מסר ללקוח טופס גילוי נאות. מי צודק?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בעל האתר, כי שבועיים זה מספיק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הלקוח, כי בלי מסירת גילוי נאות זכות הביטול עדיין בתוקף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אף אחד - תלוי במוצר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בית משפט יכול להכריע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עולם הכסף והבנקאות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כסף שמשמש למדידת שווי של מוצרים ושירותים (למשל: מחיר בשקלים) ממלא תפקיד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אמצעי חליפין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יחידת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שמירת ערך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כשמשלמים בכסף תמורת קנייה, הכסף משמש כ: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יחידת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שמירת ערך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אמצעי חליפין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מצב שבו מוכר אחד בלבד שולט בשוק של מוצר מסוים נקרא: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קרטל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מונופול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ביקוש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אינפלציה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עולם הכסף והבנקאות – נכון או לא נכון והשלמות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שומר תמיד על אותו ערך, גם כשיש אינפלציה גבוהה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קרטל הוא הסכם בין כמה חברות לתאם ביניהן מחירים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עולם הכסף והבנקאות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הביקוש למוצר עולה וההיצע נשאר קבוע, המחיר נוטה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יש מעט מאוד מהמוצר וכולם רוצים אותו, מדובר במחסור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עולם הכסף והבנקאות – השוואת אמצעי 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טלפון שעולה 2,400 ₪: איזו דרך תשלום כנראה תעלה הכי הרבה בסך הכול?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 תשלומים ללא ריבית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24 תשלומים עם ריבית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כששתי חברות מתחרות מחליטות יחד לקבוע מחיר גבוה למוצר, זהו מצב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ביקוש והיצע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מונופול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קרטל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יחידת חשבון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שוק העבודה בעולם משתנה – מושגי יסוד בזכויות נוער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הגיל המינימלי לעבודה בישראל (למעט מקרים מיוחדים)?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תלוש השכר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קבלה מהחנות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מסמך חוקי המפרט שכר וניכויים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טופס בקשת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פיטורים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חייב המעסיק למסור לעובד עם תחילת העבודה?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הסכם בעל פה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הודעה בכתב על תנאי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כלום, זה לא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מספר טלפון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שוק העבודה בעולם משתנה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להעסיק בן 16 בעבודת לילה מאוחרת בלי הגבלה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לבני נוער העובדים מגיעה הגנה של שכר מינימום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שוק העבודה בעולם משתנה – קריאת תלוש וחישוב שכר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נער עבד 20 שעות בשבוע בתעריף 30 ₪ לשעה. שכרו ברוטו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שכר __________ הוא הסכום שהעובד מקבל לידיו אחרי הניכויים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נערה עבדה 4 שעות ביום, 5 ימים בשבוע, בתעריף 32 ₪ לשעה, במשך 4 שבועות. שכרה הכולל ברוטו הוא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שוק העבודה בעולם משתנה – התאמת מושגים בתלוש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שכר ברוטו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שעות מעבר למכסה הרגילה, בתשלום גבוה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שכר נטו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כמה משלמים על כל שעת 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ניכויים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הסכום שמקבלים בפועל אחרי ניכויים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תעריף שעתי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הסכום לפני ניכויים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שעות נוספות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סכומים שמורדים מהשכר, כמו ביטוח לאומי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חיסכון והשקעות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נקראת הריבית בהשוואה שנלמדה בשיעור?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מחיר הכסף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 על 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פרס על 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קנס על איחור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המטרה של ריבית דריבית, כפי שנלמד?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להפוך חיסכון קטן לגדול עם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להקטין את החיסכון בהדרגה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להעלות מיסים על 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לבטל את הריבית הרגילה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במיני-פרויקט התקציב, לאיזו קטגוריה שייכות הוצאות כמו תחבורה וציוד לימודים?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השקעות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חיסכון והשקעות –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דריבית מחושבת רק על הסכום המקורי שהפקדנו בבנק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קרן חירום היא סוג של חיסכון המיועד להוצאות בלתי צפויות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חיסכון והשקעות – מושגים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ריבית דריבית היא ריבית שמחושבת גם על ה__________ שנצברה בעבר, ולא רק על הסכום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בשיטת 60/30/10 שנלמדה, __________ אחוזים מההכנסה החודשית מוקדשים לחיסכון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4 · חיסכון והשקעות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תוכנית לחלוקת ההכנסה בין הוצאות וחיסכון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פיקדון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סכום כסף שמקבלים ומתחייבים להחזיר עם ריבית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הלוואה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מחיר שמשלמים או מקבלים על שימוש בכסף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קרן חירום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סכום כסף שמפקידים בבנק לתקופה מסוימת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חיסכון המיועד להוצאות בלתי צפויות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כסף ורגש: כלי חוסן – היכרות עם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כלל עש״ן ד״ק משמש בעיקר כדי...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לעצור לפני קנייה אימפולסיבית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לבחור מתנה יקרה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לחשב ריבית דריבית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למכור מוצר במבצע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האות הראשונה בכלל עש״ן ד״ק (ע) מסמלת...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 רגע ולא קונים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עוזבים את החנות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עוברים לקופה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עוקבים אחרי מבצעים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כלי גש״ר מאח״ד מתאים בעיקר למצב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התמודדות אחרי טעות כספית או הונאה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בחירת מתנה ליום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חישוב ריבית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השוואת מחירים בסופר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כלי מעש״ה נועד לעזור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 או חברה שנפגעו כלכלית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מוכר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בנק שמנהל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מפרסם מוצר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כסף ורגש: כלי חוסן – התאמת ערוצי גש״ר מאח״ד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לספר להורה או לחבר/ה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לדמיין איך מסבירים לאחרים להיזהר בפעם הבאה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להגיד לעצמי שטעות לא מגדירה אותי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הליכה קצרה כדי להירגע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אמונה ומשמעות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תוכנית פעולה: חסימה ודיווח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דמיון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לומר שזה מבאס ומותר להרגיש כך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כסף ורגש: כלי חוסן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חבר/ה שלכם רוצה לקנות מיד בגלל ״המבצע נגמר בעוד 4 דקות״. כתבו איך תדריכו אותו/ה לפי כלל עש״ן ד״ק (לפחות 3 שלבים).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חבר/ה נפל/ה בהונאה אינטרנטית ומרגיש/ה בושה. בחרו שני ערוצים מתוך גש״ר מאח״ד ותארו מה תגידו או תעשו בכל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שיחה קצרה (3-4 משפטים) בהשראת מעש״ה עם חבר/ה שהוציא/ה הרבה כסף בטעות. כללו לפחות שלושה מרכיבים: מחויבות, עידוד לפעולה, שאלות או הבניית רצף.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במילים שלכם למה חשוב קודם ׳לעצור׳ (עש״ן ד״ק) ורק אחר כך לפעול, ותנו דוגמה מהחיים שלכם או מהכיתה.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סיכום, דילמות ומבחן מסכם – מושגי יסוד מארבעת הצירים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אחד הצעדים בכלל העצירה (עש״ן ד״ק) לפני קנייה אימפולסיבית?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 לפני שקונים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רצים לקנות מיד כדי לא לפספס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מתעלמים מהרגש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מבקשים הנחה נוספת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החוק, כמה ימים יש לצרכן לבטל עסקה מקוונת?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14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21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מהבאים הוא טריק שיווקי נפוץ בחנות?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מוצרי חובה ממוקמים בקצה 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מחירים עגולים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תאורה כבויה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איסור על מבצעים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תן/י דוגמה לטריק שיווקי אחד ונסח/י שאלה שמנטרלת אותו לפני קנייה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הסבר/י במילים שלך מדוע כוח הקנייה של הכסף יכול לרדת גם אם הסכום בבנק לא השתנה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בנה/י תקציב חודשי קצר לפי עקרון הצרכים, הרצונות והחיסכון, וקבע/י יעד חיסכון אחד מציאותי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כסף בראש: חינוך פיננסי לכיתה ט׳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